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101 - Advance Assessment</w:t>
      </w:r>
    </w:p>
    <w:p>
      <w:r>
        <w:t>Comments accepted between 2023-09-15 and 2023-10-06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Advance Assessment Timeline section.</w:t>
      </w:r>
    </w:p>
    <w:p/>
    <w:p/>
    <w:p>
      <w:r>
        <w:t>03: Please supply any comments related to the Data Submittal section.</w:t>
      </w:r>
    </w:p>
    <w:p/>
    <w:p/>
    <w:p>
      <w:r>
        <w:t>04: Please supply any comments related to the Data Submittal - Advance Assessment Submittal Process section (3.1).</w:t>
      </w:r>
    </w:p>
    <w:p/>
    <w:p/>
    <w:p>
      <w:r>
        <w:t>05: Please supply any comments related to the Data Submittal - Resource Registration Implication section (3.2).</w:t>
      </w:r>
    </w:p>
    <w:p/>
    <w:p/>
    <w:p>
      <w:r>
        <w:t>06: Please supply any comments related to the Data Submittal - Modeling Data from Forward Showing Submittal section (3.3).</w:t>
      </w:r>
    </w:p>
    <w:p/>
    <w:p/>
    <w:p>
      <w:r>
        <w:t>07: Please supply any comments related to the Data Submittal - Participant Review and Verification Process of Input Data section (3.4).</w:t>
      </w:r>
    </w:p>
    <w:p/>
    <w:p/>
    <w:p>
      <w:r>
        <w:t>08: Please supply any comments related to the Draft Modeling Output Results Review section (3.5).</w:t>
      </w:r>
    </w:p>
    <w:p/>
    <w:p/>
    <w:p>
      <w:r>
        <w:t>09: Please supply any comments related to the Data Submittal - Advance Assessment Result Distribution section (3.6).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