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BPM 301 - Program Review Committee Workplan Development and Approval</w:t>
      </w:r>
    </w:p>
    <w:p>
      <w:r>
        <w:t>Comments accepted between 2023-09-21 and 2023-10-17</w:t>
      </w:r>
    </w:p>
    <w:p/>
    <w:p>
      <w:r>
        <w:t>01: Please supply any comments related to the Introduction, Definitions, or Background sections.</w:t>
      </w:r>
    </w:p>
    <w:p/>
    <w:p/>
    <w:p>
      <w:r>
        <w:t>02: Please supply any comments related to the Change Request section (3).</w:t>
      </w:r>
    </w:p>
    <w:p/>
    <w:p/>
    <w:p>
      <w:r>
        <w:t>03: Please supply any comments related to the Change Request - Change Request Form section (3.1).</w:t>
      </w:r>
    </w:p>
    <w:p/>
    <w:p/>
    <w:p>
      <w:r>
        <w:t>04: Please supply any comments related to the Change Request - Compile Concepts section (3.2).</w:t>
      </w:r>
    </w:p>
    <w:p/>
    <w:p/>
    <w:p>
      <w:r>
        <w:t>05: Please supply any comments related to the Change Request - PRC Review of Concepts section (3.3).</w:t>
      </w:r>
    </w:p>
    <w:p/>
    <w:p/>
    <w:p>
      <w:r>
        <w:t>06: Please supply any comments related to the Change Request - Level of Effort Review section (3.4).</w:t>
      </w:r>
    </w:p>
    <w:p/>
    <w:p/>
    <w:p>
      <w:r>
        <w:t>07: Please supply any comments to the Workplan Development section (4).</w:t>
      </w:r>
    </w:p>
    <w:p/>
    <w:p/>
    <w:p>
      <w:r>
        <w:t>08: Please supply any comments to the Workplan Development - PRC Development of Workplan section (4.1).</w:t>
      </w:r>
    </w:p>
    <w:p/>
    <w:p/>
    <w:p>
      <w:r>
        <w:t>09: Please supply any comments to the Workplan Development - Draft Workplan Review Process section (4.2).</w:t>
      </w:r>
    </w:p>
    <w:p/>
    <w:p/>
    <w:p>
      <w:r>
        <w:t>10: Please supply any comments to the Workplan Development - Workplan Approval section (4.3).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