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BPM 302 - Program Review Committee Proposal Development and Consideration</w:t>
      </w:r>
    </w:p>
    <w:p>
      <w:r>
        <w:t>Comments accepted between 2023-10-23 and 2023-11-05</w:t>
      </w:r>
    </w:p>
    <w:p/>
    <w:p>
      <w:r>
        <w:t>01: Please supply any comments related to the Introduction, Definitions, or Background sections.</w:t>
      </w:r>
    </w:p>
    <w:p/>
    <w:p/>
    <w:p>
      <w:r>
        <w:t>02: Please supply any comments related to Proposal Development section (3).</w:t>
      </w:r>
    </w:p>
    <w:p/>
    <w:p/>
    <w:p>
      <w:r>
        <w:t>03: Please supply any comments related to the Proposal Development - Task Force Creation section (3.1).</w:t>
      </w:r>
    </w:p>
    <w:p/>
    <w:p/>
    <w:p>
      <w:r>
        <w:t>04: Please supply any comments related to the Proposal Development - Proposal Drafting Process section (3.2).</w:t>
      </w:r>
    </w:p>
    <w:p/>
    <w:p/>
    <w:p>
      <w:r>
        <w:t>05: Please supply any comments related to the Proposal Review section (4).</w:t>
      </w:r>
    </w:p>
    <w:p/>
    <w:p/>
    <w:p>
      <w:r>
        <w:t>06: Please supply any comments related to the Proposal Review - Public Comment section (4.1).</w:t>
      </w:r>
    </w:p>
    <w:p/>
    <w:p/>
    <w:p>
      <w:r>
        <w:t>07: Please supply any comments related to the Proposal Review - COSR Comments section (4.2).</w:t>
      </w:r>
    </w:p>
    <w:p/>
    <w:p/>
    <w:p>
      <w:r>
        <w:t>08: Please supply any comments related to the Proposal Review - PRC Recommendation Process section (4.3).</w:t>
      </w:r>
    </w:p>
    <w:p/>
    <w:p/>
    <w:p>
      <w:r>
        <w:t>09: Please supply any comments related to the Proposal Review - RAPC Review section (4.4).</w:t>
      </w:r>
    </w:p>
    <w:p/>
    <w:p/>
    <w:p>
      <w:r>
        <w:t>10: Please supply any comments related to the Proposal Review - COSR Formal Opposition to Endorsed Changed Proposal section (4.5).</w:t>
      </w:r>
    </w:p>
    <w:p/>
    <w:p/>
    <w:p>
      <w:r>
        <w:t>11: Please supply any comments related to the Proposal Review - Board Interaction section (4.6).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