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Comments on Non-Task Force Proposal 2024-NTFP-1</w:t>
      </w:r>
    </w:p>
    <w:p>
      <w:r>
        <w:t>Comments accepted between 2024-07-18 and 2024-07-31</w:t>
      </w:r>
    </w:p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