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2025-NTFP-01 (2025-CRF-002)</w:t>
      </w:r>
    </w:p>
    <w:p>
      <w:r>
        <w:t>Comments accepted between 2025-04-16 and 2025-05-01</w:t>
      </w:r>
    </w:p>
    <w:p/>
    <w:p>
      <w:r>
        <w:t>01. Please supply any comments related to Appendix A - FS Demonstration Attestation (pg. 18).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