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2025-EP-01 (BPM 102 Edits)</w:t>
      </w:r>
    </w:p>
    <w:p>
      <w:r>
        <w:t>Comments accepted between 2025-11-17 and 2025-12-04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